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09C64771" w14:paraId="238C2B5E" wp14:textId="0ACF235A">
      <w:pPr>
        <w:pStyle w:val="Heading1"/>
        <w:jc w:val="center"/>
        <w:rPr>
          <w:noProof w:val="0"/>
          <w:color w:val="000000" w:themeColor="text1" w:themeTint="FF" w:themeShade="FF"/>
          <w:lang w:val="pt-BR"/>
        </w:rPr>
      </w:pPr>
      <w:r w:rsidRPr="09C64771" w:rsidR="11D460E9">
        <w:rPr>
          <w:noProof w:val="0"/>
          <w:color w:val="000000" w:themeColor="text1" w:themeTint="FF" w:themeShade="FF"/>
          <w:lang w:val="pt-BR"/>
        </w:rPr>
        <w:t>UNIVERSIDADE FEDERAL DO ESPÍRITO SANTO</w:t>
      </w:r>
      <w:r>
        <w:br/>
      </w:r>
    </w:p>
    <w:p xmlns:wp14="http://schemas.microsoft.com/office/word/2010/wordml" w:rsidP="09C64771" w14:paraId="06964E2C" wp14:textId="35C211FA">
      <w:pPr>
        <w:pStyle w:val="Heading1"/>
        <w:jc w:val="center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lang w:val="pt-BR"/>
        </w:rPr>
      </w:pPr>
      <w:r w:rsidRPr="09C64771" w:rsidR="11D460E9">
        <w:rPr>
          <w:noProof w:val="0"/>
          <w:color w:val="000000" w:themeColor="text1" w:themeTint="FF" w:themeShade="FF"/>
          <w:lang w:val="pt-BR"/>
        </w:rPr>
        <w:t>SOLICITAÇÃO DE ORÇAMENTO</w:t>
      </w:r>
      <w:r>
        <w:br/>
      </w:r>
    </w:p>
    <w:p w:rsidR="09C64771" w:rsidP="09C64771" w:rsidRDefault="09C64771" w14:paraId="261084FD" w14:textId="379F5EBC">
      <w:pPr>
        <w:pStyle w:val="Normal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="71982EC1" w:rsidP="09C64771" w:rsidRDefault="71982EC1" w14:paraId="2375772A" w14:textId="38352094">
      <w:pPr>
        <w:pStyle w:val="Normal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09C64771" w:rsidR="71982EC1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 </w:t>
      </w:r>
      <w:r w:rsidRPr="09C64771" w:rsidR="71982EC1">
        <w:rPr>
          <w:rFonts w:ascii="Calibri" w:hAnsi="Calibri" w:eastAsia="Calibri" w:cs="Calibri"/>
          <w:noProof w:val="0"/>
          <w:color w:val="FF0000"/>
          <w:sz w:val="22"/>
          <w:szCs w:val="22"/>
          <w:lang w:val="pt-BR"/>
        </w:rPr>
        <w:t xml:space="preserve">(informar a </w:t>
      </w:r>
      <w:r w:rsidRPr="09C64771" w:rsidR="6233FD49">
        <w:rPr>
          <w:rFonts w:ascii="Calibri" w:hAnsi="Calibri" w:eastAsia="Calibri" w:cs="Calibri"/>
          <w:noProof w:val="0"/>
          <w:color w:val="FF0000"/>
          <w:sz w:val="22"/>
          <w:szCs w:val="22"/>
          <w:lang w:val="pt-BR"/>
        </w:rPr>
        <w:t>Unidade Administrativa)</w:t>
      </w:r>
      <w:r w:rsidRPr="09C64771" w:rsidR="71982EC1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da Universidade Federal do Espírito Santo (UFES) solicita a apresentação de orçamento para a execução dos serviços abaixo descritos, destinados à instrução de processo de contratação.</w:t>
      </w:r>
    </w:p>
    <w:p xmlns:wp14="http://schemas.microsoft.com/office/word/2010/wordml" w:rsidP="09C64771" w14:paraId="672A6659" wp14:textId="77777777">
      <w:pPr>
        <w:rPr>
          <w:rFonts w:ascii="Calibri" w:hAnsi="Calibri" w:eastAsia="Calibri" w:cs="Calibri"/>
          <w:noProof w:val="0"/>
          <w:lang w:val="pt-BR"/>
        </w:rPr>
      </w:pPr>
    </w:p>
    <w:p xmlns:wp14="http://schemas.microsoft.com/office/word/2010/wordml" w:rsidP="09C64771" w14:paraId="70C0491F" wp14:textId="75776870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lang w:val="pt-BR"/>
        </w:rPr>
      </w:pPr>
      <w:r w:rsidRPr="09C64771" w:rsidR="09C64771">
        <w:rPr>
          <w:rFonts w:ascii="Calibri" w:hAnsi="Calibri" w:eastAsia="Calibri" w:cs="Calibri"/>
          <w:noProof w:val="0"/>
          <w:lang w:val="pt-BR"/>
        </w:rPr>
        <w:t>1. IDENTIFICAÇÃO D</w:t>
      </w:r>
      <w:r w:rsidRPr="09C64771" w:rsidR="1AE5A02A">
        <w:rPr>
          <w:rFonts w:ascii="Calibri" w:hAnsi="Calibri" w:eastAsia="Calibri" w:cs="Calibri"/>
          <w:noProof w:val="0"/>
          <w:lang w:val="pt-BR"/>
        </w:rPr>
        <w:t>O DEMANDANTE</w:t>
      </w:r>
      <w:r w:rsidRPr="09C64771" w:rsidR="12EFCB0D">
        <w:rPr>
          <w:rFonts w:ascii="Calibri" w:hAnsi="Calibri" w:eastAsia="Calibri" w:cs="Calibri"/>
          <w:noProof w:val="0"/>
          <w:lang w:val="pt-BR"/>
        </w:rPr>
        <w:t xml:space="preserve"> </w:t>
      </w:r>
    </w:p>
    <w:p w:rsidR="09C64771" w:rsidP="09C64771" w:rsidRDefault="09C64771" w14:paraId="7DA94C63" w14:textId="768DA9F7">
      <w:pPr>
        <w:rPr>
          <w:rFonts w:ascii="Calibri" w:hAnsi="Calibri" w:eastAsia="Calibri" w:cs="Calibri"/>
          <w:noProof w:val="0"/>
          <w:lang w:val="pt-BR"/>
        </w:rPr>
      </w:pPr>
    </w:p>
    <w:p w:rsidR="4FD8DB63" w:rsidP="09C64771" w:rsidRDefault="4FD8DB63" w14:paraId="7652DF37" w14:textId="237A61B7">
      <w:pPr>
        <w:rPr>
          <w:rFonts w:ascii="Calibri" w:hAnsi="Calibri" w:eastAsia="Calibri" w:cs="Calibri"/>
          <w:noProof w:val="0"/>
          <w:lang w:val="pt-BR"/>
        </w:rPr>
      </w:pPr>
      <w:r w:rsidRPr="09C64771" w:rsidR="4FD8DB63">
        <w:rPr>
          <w:rFonts w:ascii="Calibri" w:hAnsi="Calibri" w:eastAsia="Calibri" w:cs="Calibri"/>
          <w:noProof w:val="0"/>
          <w:lang w:val="pt-BR"/>
        </w:rPr>
        <w:t>Responsável</w:t>
      </w:r>
      <w:r w:rsidRPr="09C64771" w:rsidR="4FD8DB63">
        <w:rPr>
          <w:rFonts w:ascii="Calibri" w:hAnsi="Calibri" w:eastAsia="Calibri" w:cs="Calibri"/>
          <w:noProof w:val="0"/>
          <w:lang w:val="pt-BR"/>
        </w:rPr>
        <w:t xml:space="preserve"> </w:t>
      </w:r>
      <w:r w:rsidRPr="09C64771" w:rsidR="4FD8DB63">
        <w:rPr>
          <w:rFonts w:ascii="Calibri" w:hAnsi="Calibri" w:eastAsia="Calibri" w:cs="Calibri"/>
          <w:noProof w:val="0"/>
          <w:lang w:val="pt-BR"/>
        </w:rPr>
        <w:t>pelo</w:t>
      </w:r>
      <w:r w:rsidRPr="09C64771" w:rsidR="4FD8DB63">
        <w:rPr>
          <w:rFonts w:ascii="Calibri" w:hAnsi="Calibri" w:eastAsia="Calibri" w:cs="Calibri"/>
          <w:noProof w:val="0"/>
          <w:lang w:val="pt-BR"/>
        </w:rPr>
        <w:t xml:space="preserve"> </w:t>
      </w:r>
      <w:r w:rsidRPr="09C64771" w:rsidR="4FD8DB63">
        <w:rPr>
          <w:rFonts w:ascii="Calibri" w:hAnsi="Calibri" w:eastAsia="Calibri" w:cs="Calibri"/>
          <w:noProof w:val="0"/>
          <w:lang w:val="pt-BR"/>
        </w:rPr>
        <w:t>contato</w:t>
      </w:r>
      <w:r w:rsidRPr="09C64771" w:rsidR="4FD8DB63">
        <w:rPr>
          <w:rFonts w:ascii="Calibri" w:hAnsi="Calibri" w:eastAsia="Calibri" w:cs="Calibri"/>
          <w:noProof w:val="0"/>
          <w:lang w:val="pt-BR"/>
        </w:rPr>
        <w:t xml:space="preserve">: </w:t>
      </w:r>
    </w:p>
    <w:p w:rsidR="4FD8DB63" w:rsidP="09C64771" w:rsidRDefault="4FD8DB63" w14:paraId="60C20E59" w14:textId="503ECA59">
      <w:pPr>
        <w:rPr>
          <w:rFonts w:ascii="Calibri" w:hAnsi="Calibri" w:eastAsia="Calibri" w:cs="Calibri"/>
          <w:noProof w:val="0"/>
          <w:lang w:val="pt-BR"/>
        </w:rPr>
      </w:pPr>
      <w:r w:rsidRPr="09C64771" w:rsidR="4FD8DB63">
        <w:rPr>
          <w:rFonts w:ascii="Calibri" w:hAnsi="Calibri" w:eastAsia="Calibri" w:cs="Calibri"/>
          <w:noProof w:val="0"/>
          <w:lang w:val="pt-BR"/>
        </w:rPr>
        <w:t xml:space="preserve">E-mail: </w:t>
      </w:r>
    </w:p>
    <w:p w:rsidR="4FD8DB63" w:rsidP="09C64771" w:rsidRDefault="4FD8DB63" w14:paraId="6A89AB10" w14:textId="73294613">
      <w:pPr>
        <w:rPr>
          <w:rFonts w:ascii="Calibri" w:hAnsi="Calibri" w:eastAsia="Calibri" w:cs="Calibri"/>
          <w:noProof w:val="0"/>
          <w:lang w:val="pt-BR"/>
        </w:rPr>
      </w:pPr>
      <w:r w:rsidRPr="09C64771" w:rsidR="4FD8DB63">
        <w:rPr>
          <w:rFonts w:ascii="Calibri" w:hAnsi="Calibri" w:eastAsia="Calibri" w:cs="Calibri"/>
          <w:noProof w:val="0"/>
          <w:lang w:val="pt-BR"/>
        </w:rPr>
        <w:t xml:space="preserve">Telefone: </w:t>
      </w:r>
    </w:p>
    <w:p w:rsidR="09C64771" w:rsidP="09C64771" w:rsidRDefault="09C64771" w14:paraId="5C02DA9E" w14:textId="11C56AB6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lang w:val="pt-BR"/>
        </w:rPr>
      </w:pPr>
    </w:p>
    <w:p xmlns:wp14="http://schemas.microsoft.com/office/word/2010/wordml" w:rsidP="09C64771" w14:paraId="7E6BBC78" wp14:textId="047405D1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lang w:val="pt-BR"/>
        </w:rPr>
      </w:pPr>
      <w:r w:rsidRPr="09C64771" w:rsidR="09C64771">
        <w:rPr>
          <w:rFonts w:ascii="Calibri" w:hAnsi="Calibri" w:eastAsia="Calibri" w:cs="Calibri"/>
          <w:noProof w:val="0"/>
          <w:lang w:val="pt-BR"/>
        </w:rPr>
        <w:t xml:space="preserve">2. </w:t>
      </w:r>
      <w:r w:rsidRPr="09C64771" w:rsidR="41171086">
        <w:rPr>
          <w:rFonts w:ascii="Calibri" w:hAnsi="Calibri" w:eastAsia="Calibri" w:cs="Calibri"/>
          <w:noProof w:val="0"/>
          <w:lang w:val="pt-BR"/>
        </w:rPr>
        <w:t>INFORMAÇÕES SOBRE A</w:t>
      </w:r>
      <w:r w:rsidRPr="09C64771" w:rsidR="09C64771">
        <w:rPr>
          <w:rFonts w:ascii="Calibri" w:hAnsi="Calibri" w:eastAsia="Calibri" w:cs="Calibri"/>
          <w:noProof w:val="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noProof w:val="0"/>
          <w:lang w:val="pt-BR"/>
        </w:rPr>
        <w:t>C</w:t>
      </w:r>
      <w:r w:rsidRPr="09C64771" w:rsidR="09C64771">
        <w:rPr>
          <w:rFonts w:ascii="Calibri" w:hAnsi="Calibri" w:eastAsia="Calibri" w:cs="Calibri"/>
          <w:noProof w:val="0"/>
          <w:lang w:val="pt-BR"/>
        </w:rPr>
        <w:t>ONTRATAÇÃO</w:t>
      </w:r>
    </w:p>
    <w:p xmlns:wp14="http://schemas.microsoft.com/office/word/2010/wordml" w:rsidP="09C64771" w14:paraId="11391B44" wp14:textId="75223C9B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200" w:afterAutospacing="off" w:line="276" w:lineRule="auto"/>
        <w:ind w:right="0"/>
        <w:jc w:val="left"/>
        <w:rPr>
          <w:rFonts w:ascii="Calibri" w:hAnsi="Calibri" w:eastAsia="Calibri" w:cs="Calibri"/>
          <w:noProof w:val="0"/>
          <w:color w:val="auto"/>
          <w:lang w:val="pt-BR"/>
        </w:rPr>
      </w:pPr>
      <w:r w:rsidRPr="154AB3F6" w:rsidR="12C1C311">
        <w:rPr>
          <w:rFonts w:ascii="Calibri" w:hAnsi="Calibri" w:eastAsia="Calibri" w:cs="Calibri"/>
          <w:noProof w:val="0"/>
          <w:color w:val="auto"/>
          <w:lang w:val="pt-BR"/>
        </w:rPr>
        <w:t xml:space="preserve">Tipo do </w:t>
      </w:r>
      <w:r w:rsidRPr="154AB3F6" w:rsidR="12C1C311">
        <w:rPr>
          <w:rFonts w:ascii="Calibri" w:hAnsi="Calibri" w:eastAsia="Calibri" w:cs="Calibri"/>
          <w:noProof w:val="0"/>
          <w:color w:val="auto"/>
          <w:lang w:val="pt-BR"/>
        </w:rPr>
        <w:t>serviço</w:t>
      </w:r>
      <w:r w:rsidRPr="154AB3F6" w:rsidR="12C1C311">
        <w:rPr>
          <w:rFonts w:ascii="Calibri" w:hAnsi="Calibri" w:eastAsia="Calibri" w:cs="Calibri"/>
          <w:noProof w:val="0"/>
          <w:color w:val="auto"/>
          <w:lang w:val="pt-BR"/>
        </w:rPr>
        <w:t>:</w:t>
      </w:r>
      <w:r w:rsidRPr="154AB3F6" w:rsidR="12C1C311">
        <w:rPr>
          <w:rFonts w:ascii="Calibri" w:hAnsi="Calibri" w:eastAsia="Calibri" w:cs="Calibri"/>
          <w:noProof w:val="0"/>
          <w:color w:val="auto"/>
          <w:lang w:val="pt-BR"/>
        </w:rPr>
        <w:t xml:space="preserve"> </w:t>
      </w:r>
      <w:r w:rsidRPr="154AB3F6" w:rsidR="1017C6D3">
        <w:rPr>
          <w:rFonts w:ascii="Calibri" w:hAnsi="Calibri" w:eastAsia="Calibri" w:cs="Calibri"/>
          <w:noProof w:val="0"/>
          <w:color w:val="FF0000"/>
          <w:lang w:val="pt-BR"/>
        </w:rPr>
        <w:t xml:space="preserve">Ex.: </w:t>
      </w:r>
      <w:r w:rsidRPr="154AB3F6" w:rsidR="79BAADE0">
        <w:rPr>
          <w:rFonts w:ascii="Calibri" w:hAnsi="Calibri" w:eastAsia="Calibri" w:cs="Calibri"/>
          <w:noProof w:val="0"/>
          <w:color w:val="FF0000"/>
          <w:lang w:val="pt-BR"/>
        </w:rPr>
        <w:t>Chaveiro</w:t>
      </w:r>
      <w:r w:rsidRPr="154AB3F6" w:rsidR="1874FDE0">
        <w:rPr>
          <w:rFonts w:ascii="Calibri" w:hAnsi="Calibri" w:eastAsia="Calibri" w:cs="Calibri"/>
          <w:noProof w:val="0"/>
          <w:color w:val="FF0000"/>
          <w:lang w:val="pt-BR"/>
        </w:rPr>
        <w:t xml:space="preserve"> </w:t>
      </w:r>
    </w:p>
    <w:p w:rsidR="11D460E9" w:rsidP="09C64771" w:rsidRDefault="11D460E9" w14:paraId="7FCB1423" w14:textId="765B7CDB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200" w:afterAutospacing="off" w:line="276" w:lineRule="auto"/>
        <w:ind w:right="0"/>
        <w:jc w:val="both"/>
        <w:rPr>
          <w:rFonts w:ascii="Calibri" w:hAnsi="Calibri" w:eastAsia="Calibri" w:cs="Calibri"/>
          <w:noProof w:val="0"/>
          <w:color w:val="FF0000"/>
          <w:lang w:val="pt-BR"/>
        </w:rPr>
      </w:pP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>Descrição</w:t>
      </w: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 xml:space="preserve"> </w:t>
      </w: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>resumida</w:t>
      </w: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 xml:space="preserve"> do </w:t>
      </w: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>objeto</w:t>
      </w:r>
      <w:r w:rsidRPr="09C64771" w:rsidR="11D460E9">
        <w:rPr>
          <w:rFonts w:ascii="Calibri" w:hAnsi="Calibri" w:eastAsia="Calibri" w:cs="Calibri"/>
          <w:noProof w:val="0"/>
          <w:color w:val="auto"/>
          <w:lang w:val="pt-BR"/>
        </w:rPr>
        <w:t>:</w:t>
      </w:r>
      <w:r w:rsidRPr="09C64771" w:rsidR="11D460E9">
        <w:rPr>
          <w:rFonts w:ascii="Calibri" w:hAnsi="Calibri" w:eastAsia="Calibri" w:cs="Calibri"/>
          <w:noProof w:val="0"/>
          <w:color w:val="FF0000"/>
          <w:lang w:val="pt-BR"/>
        </w:rPr>
        <w:t xml:space="preserve"> </w:t>
      </w:r>
      <w:r w:rsidRPr="09C64771" w:rsidR="72AFA38D">
        <w:rPr>
          <w:rFonts w:ascii="Calibri" w:hAnsi="Calibri" w:eastAsia="Calibri" w:cs="Calibri"/>
          <w:noProof w:val="0"/>
          <w:color w:val="FF0000"/>
          <w:lang w:val="pt-BR"/>
        </w:rPr>
        <w:t>Ex.:</w:t>
      </w:r>
      <w:r w:rsidRPr="09C64771" w:rsidR="72AFA38D">
        <w:rPr>
          <w:rFonts w:ascii="Calibri" w:hAnsi="Calibri" w:eastAsia="Calibri" w:cs="Calibri"/>
          <w:noProof w:val="0"/>
          <w:color w:val="FF0000"/>
          <w:lang w:val="pt-BR"/>
        </w:rPr>
        <w:t xml:space="preserve"> </w:t>
      </w:r>
      <w:r w:rsidRPr="09C64771" w:rsidR="06671DD1">
        <w:rPr>
          <w:rFonts w:ascii="Calibri" w:hAnsi="Calibri" w:eastAsia="Calibri" w:cs="Calibri"/>
          <w:noProof w:val="0"/>
          <w:color w:val="FF0000"/>
          <w:lang w:val="pt-BR"/>
        </w:rPr>
        <w:t xml:space="preserve">contratação de serviços comuns de chaveiro para a </w:t>
      </w:r>
      <w:r w:rsidRPr="09C64771" w:rsidR="06671DD1">
        <w:rPr>
          <w:rFonts w:ascii="Calibri" w:hAnsi="Calibri" w:eastAsia="Calibri" w:cs="Calibri"/>
          <w:noProof w:val="0"/>
          <w:color w:val="FF0000"/>
          <w:lang w:val="pt-BR"/>
        </w:rPr>
        <w:t>confecção de 100 (cem) cópias de chaves simples e 50 (cinquenta) cópias de chaves tetra, incluindo retirada e devolução das chaves no Centro de Ciências Exatas da Universidade Federal do Espírito Santo (CCE/Ufes), em no mínimo 2 (duas) ocasiões, durante o prazo de execução de 30 (trinta) dias.</w:t>
      </w:r>
    </w:p>
    <w:p w:rsidR="7B164B9D" w:rsidP="09C64771" w:rsidRDefault="7B164B9D" w14:paraId="7F254224" w14:textId="3452ADA3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200" w:afterAutospacing="off" w:line="276" w:lineRule="auto"/>
        <w:ind w:right="0"/>
        <w:jc w:val="left"/>
        <w:rPr>
          <w:rFonts w:ascii="Calibri" w:hAnsi="Calibri" w:eastAsia="Calibri" w:cs="Calibri"/>
          <w:noProof w:val="0"/>
          <w:color w:val="auto"/>
          <w:lang w:val="pt-BR"/>
        </w:rPr>
      </w:pPr>
      <w:r w:rsidRPr="09C64771" w:rsidR="7B164B9D">
        <w:rPr>
          <w:rFonts w:ascii="Calibri" w:hAnsi="Calibri" w:eastAsia="Calibri" w:cs="Calibri"/>
          <w:noProof w:val="0"/>
          <w:color w:val="auto"/>
          <w:lang w:val="pt-BR"/>
        </w:rPr>
        <w:t xml:space="preserve">Local de </w:t>
      </w:r>
      <w:r w:rsidRPr="09C64771" w:rsidR="7B164B9D">
        <w:rPr>
          <w:rFonts w:ascii="Calibri" w:hAnsi="Calibri" w:eastAsia="Calibri" w:cs="Calibri"/>
          <w:noProof w:val="0"/>
          <w:color w:val="auto"/>
          <w:lang w:val="pt-BR"/>
        </w:rPr>
        <w:t>execução</w:t>
      </w:r>
      <w:r w:rsidRPr="09C64771" w:rsidR="7B164B9D">
        <w:rPr>
          <w:rFonts w:ascii="Calibri" w:hAnsi="Calibri" w:eastAsia="Calibri" w:cs="Calibri"/>
          <w:noProof w:val="0"/>
          <w:color w:val="auto"/>
          <w:lang w:val="pt-BR"/>
        </w:rPr>
        <w:t xml:space="preserve">: </w:t>
      </w:r>
      <w:r w:rsidRPr="09C64771" w:rsidR="057252EF">
        <w:rPr>
          <w:rFonts w:ascii="Calibri" w:hAnsi="Calibri" w:eastAsia="Calibri" w:cs="Calibri"/>
          <w:noProof w:val="0"/>
          <w:color w:val="FF0000"/>
          <w:lang w:val="pt-BR"/>
        </w:rPr>
        <w:t>Ex.:</w:t>
      </w:r>
      <w:r w:rsidRPr="09C64771" w:rsidR="057252EF">
        <w:rPr>
          <w:rFonts w:ascii="Calibri" w:hAnsi="Calibri" w:eastAsia="Calibri" w:cs="Calibri"/>
          <w:noProof w:val="0"/>
          <w:color w:val="FF0000"/>
          <w:lang w:val="pt-BR"/>
        </w:rPr>
        <w:t xml:space="preserve"> Ce</w:t>
      </w:r>
      <w:r w:rsidRPr="09C64771" w:rsidR="057252EF">
        <w:rPr>
          <w:rFonts w:ascii="Calibri" w:hAnsi="Calibri" w:eastAsia="Calibri" w:cs="Calibri"/>
          <w:noProof w:val="0"/>
          <w:color w:val="FF0000"/>
          <w:lang w:val="pt-BR"/>
        </w:rPr>
        <w:t>ntro de Ciências Exatas da Universidade Federal do Espírito Santo (CCE/Ufes)</w:t>
      </w:r>
    </w:p>
    <w:p w:rsidR="22AF1587" w:rsidP="09C64771" w:rsidRDefault="22AF1587" w14:paraId="10BEEFBC" w14:textId="4572F6BC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noProof w:val="0"/>
          <w:color w:val="auto"/>
          <w:sz w:val="22"/>
          <w:szCs w:val="22"/>
          <w:lang w:val="pt-BR"/>
        </w:rPr>
      </w:pP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>Prazo</w:t>
      </w: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 xml:space="preserve"> </w:t>
      </w: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>estimado</w:t>
      </w: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 xml:space="preserve"> de </w:t>
      </w: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>execução</w:t>
      </w: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>:</w:t>
      </w:r>
      <w:r w:rsidRPr="09C64771" w:rsidR="22AF1587">
        <w:rPr>
          <w:rFonts w:ascii="Calibri" w:hAnsi="Calibri" w:eastAsia="Calibri" w:cs="Calibri"/>
          <w:i w:val="0"/>
          <w:iCs w:val="0"/>
          <w:noProof w:val="0"/>
          <w:color w:val="auto"/>
          <w:lang w:val="pt-BR"/>
        </w:rPr>
        <w:t xml:space="preserve"> </w:t>
      </w:r>
      <w:r w:rsidRPr="09C64771" w:rsidR="22AF15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pt-BR"/>
        </w:rPr>
        <w:t>Informar prazo de até 30 (trinta) dias, vedada a indicação de prazo superior.</w:t>
      </w:r>
    </w:p>
    <w:p w:rsidR="22AF1587" w:rsidP="09C64771" w:rsidRDefault="22AF1587" w14:paraId="3800B17E" w14:textId="508BB88E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noProof w:val="0"/>
          <w:color w:val="auto"/>
          <w:lang w:val="pt-BR"/>
        </w:rPr>
      </w:pPr>
      <w:r w:rsidRPr="09C64771" w:rsidR="22AF1587">
        <w:rPr>
          <w:rFonts w:ascii="Calibri" w:hAnsi="Calibri" w:eastAsia="Calibri" w:cs="Calibri"/>
          <w:noProof w:val="0"/>
          <w:color w:val="auto"/>
          <w:sz w:val="22"/>
          <w:szCs w:val="22"/>
          <w:lang w:val="pt-BR"/>
        </w:rPr>
        <w:t>A vistoria poderá ser agendada pelo contato informado neste documento.</w:t>
      </w:r>
    </w:p>
    <w:p w:rsidR="22AF1587" w:rsidP="09C64771" w:rsidRDefault="22AF1587" w14:paraId="1034BC2C" w14:textId="48757935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noProof w:val="0"/>
          <w:color w:val="auto"/>
          <w:lang w:val="pt-BR"/>
        </w:rPr>
      </w:pPr>
      <w:r w:rsidRPr="09C64771" w:rsidR="22AF1587">
        <w:rPr>
          <w:rFonts w:ascii="Calibri" w:hAnsi="Calibri" w:eastAsia="Calibri" w:cs="Calibri"/>
          <w:noProof w:val="0"/>
          <w:color w:val="auto"/>
          <w:lang w:val="pt-BR"/>
        </w:rPr>
        <w:t>Outras condições relevantes:</w:t>
      </w:r>
    </w:p>
    <w:p w:rsidR="09C64771" w:rsidP="09C64771" w:rsidRDefault="09C64771" w14:paraId="6CAC7A54" w14:textId="776B4A29">
      <w:pPr>
        <w:pStyle w:val="Normal"/>
        <w:rPr>
          <w:rFonts w:ascii="Calibri" w:hAnsi="Calibri" w:eastAsia="Calibri" w:cs="Calibri"/>
          <w:noProof w:val="0"/>
          <w:lang w:val="pt-BR"/>
        </w:rPr>
      </w:pPr>
    </w:p>
    <w:p w:rsidR="2637CBBF" w:rsidP="09C64771" w:rsidRDefault="2637CBBF" w14:paraId="0AC83FFB" w14:textId="038039A4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lang w:val="pt-BR"/>
        </w:rPr>
      </w:pPr>
      <w:r w:rsidRPr="09C64771" w:rsidR="2637CBBF">
        <w:rPr>
          <w:rFonts w:ascii="Calibri" w:hAnsi="Calibri" w:eastAsia="Calibri" w:cs="Calibri"/>
          <w:noProof w:val="0"/>
          <w:lang w:val="pt-BR"/>
        </w:rPr>
        <w:t>3</w:t>
      </w:r>
      <w:r w:rsidRPr="09C64771" w:rsidR="2221C2CD">
        <w:rPr>
          <w:rFonts w:ascii="Calibri" w:hAnsi="Calibri" w:eastAsia="Calibri" w:cs="Calibri"/>
          <w:noProof w:val="0"/>
          <w:lang w:val="pt-BR"/>
        </w:rPr>
        <w:t>. REGRAS PARA PREENCHIMENTO DA PROPOSTA</w:t>
      </w:r>
    </w:p>
    <w:p w:rsidR="2221C2CD" w:rsidP="09C64771" w:rsidRDefault="2221C2CD" w14:paraId="4297D115" w14:textId="192C39AE">
      <w:pPr>
        <w:pStyle w:val="ListParagraph"/>
        <w:numPr>
          <w:ilvl w:val="0"/>
          <w:numId w:val="13"/>
        </w:numPr>
        <w:spacing w:after="0" w:line="240" w:lineRule="auto"/>
        <w:ind w:left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Mencionar valores unitários e totais de cada item, </w:t>
      </w:r>
      <w:r w:rsidRPr="09C64771" w:rsidR="7F6593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 o somatório global,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conforme tabela demonstrativa abaixo;</w:t>
      </w:r>
    </w:p>
    <w:p w:rsidR="2221C2CD" w:rsidP="09C64771" w:rsidRDefault="2221C2CD" w14:paraId="24ADC45B" w14:textId="48058C49">
      <w:pPr>
        <w:pStyle w:val="ListParagraph"/>
        <w:numPr>
          <w:ilvl w:val="0"/>
          <w:numId w:val="13"/>
        </w:numPr>
        <w:spacing w:after="0" w:line="240" w:lineRule="auto"/>
        <w:ind w:left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Mencionar MARCA/MODELO do item oferecido em caso de fornecimento de material associada à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pre</w:t>
      </w:r>
      <w:r w:rsidRPr="09C64771" w:rsidR="16B6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tação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do serviço;</w:t>
      </w:r>
    </w:p>
    <w:p w:rsidR="2221C2CD" w:rsidP="09C64771" w:rsidRDefault="2221C2CD" w14:paraId="5D214CAE" w14:textId="723F819A">
      <w:pPr>
        <w:pStyle w:val="ListParagraph"/>
        <w:numPr>
          <w:ilvl w:val="0"/>
          <w:numId w:val="13"/>
        </w:numPr>
        <w:spacing w:after="0" w:line="240" w:lineRule="auto"/>
        <w:ind w:left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Utilizar “papel timbrado”;</w:t>
      </w:r>
    </w:p>
    <w:p w:rsidR="2221C2CD" w:rsidP="09C64771" w:rsidRDefault="2221C2CD" w14:paraId="74C435CA" w14:textId="2311A0F4">
      <w:pPr>
        <w:pStyle w:val="ListParagraph"/>
        <w:numPr>
          <w:ilvl w:val="0"/>
          <w:numId w:val="13"/>
        </w:numPr>
        <w:spacing w:after="0" w:line="240" w:lineRule="auto"/>
        <w:ind w:left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Mencionar CPF/CNPJ, bem como RAZÃO SOCIAL e NOME FANTASIA;</w:t>
      </w:r>
    </w:p>
    <w:p w:rsidR="2221C2CD" w:rsidP="09C64771" w:rsidRDefault="2221C2CD" w14:paraId="0F980A62" w14:textId="002253AC">
      <w:pPr>
        <w:pStyle w:val="ListParagraph"/>
        <w:numPr>
          <w:ilvl w:val="0"/>
          <w:numId w:val="13"/>
        </w:numPr>
        <w:spacing w:after="0" w:line="240" w:lineRule="auto"/>
        <w:ind w:left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Mencionar ENDEREÇO, TELEFONE DE CONTATO e NOME DO RESPONSÁVEL PELA PRECIFICAÇÃO</w:t>
      </w:r>
      <w:r w:rsidRPr="09C64771" w:rsidR="73BF16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</w:p>
    <w:p w:rsidR="2221C2CD" w:rsidP="09C64771" w:rsidRDefault="2221C2CD" w14:paraId="409AB45B" w14:textId="249C6B79">
      <w:pPr>
        <w:pStyle w:val="ListParagraph"/>
        <w:numPr>
          <w:ilvl w:val="0"/>
          <w:numId w:val="14"/>
        </w:numPr>
        <w:suppressLineNumbers w:val="0"/>
        <w:bidi w:val="0"/>
        <w:spacing w:before="0" w:beforeAutospacing="off" w:after="0" w:afterAutospacing="off" w:line="240" w:lineRule="auto"/>
        <w:ind w:left="28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 w:eastAsia="en-US" w:bidi="ar-SA"/>
        </w:rPr>
        <w:t>encionar prazo previsto</w:t>
      </w:r>
      <w:r w:rsidRPr="09C64771" w:rsidR="5078FB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 w:eastAsia="en-US" w:bidi="ar-SA"/>
        </w:rPr>
        <w:t xml:space="preserve"> para execução,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 w:eastAsia="en-US" w:bidi="ar-SA"/>
        </w:rPr>
        <w:t>não superior a</w:t>
      </w:r>
      <w:r w:rsidRPr="09C64771" w:rsidR="0DDDF6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 w:eastAsia="en-US" w:bidi="ar-SA"/>
        </w:rPr>
        <w:t>o informado no item 2</w:t>
      </w:r>
      <w:r w:rsidRPr="09C64771" w:rsidR="7A64D8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 w:eastAsia="en-US" w:bidi="ar-SA"/>
        </w:rPr>
        <w:t>;</w:t>
      </w:r>
    </w:p>
    <w:p w:rsidR="2221C2CD" w:rsidP="09C64771" w:rsidRDefault="2221C2CD" w14:paraId="7C494995" w14:textId="4003A952">
      <w:pPr>
        <w:pStyle w:val="ListParagraph"/>
        <w:numPr>
          <w:ilvl w:val="0"/>
          <w:numId w:val="14"/>
        </w:numPr>
        <w:suppressLineNumbers w:val="0"/>
        <w:bidi w:val="0"/>
        <w:spacing w:before="0" w:beforeAutospacing="off" w:after="0" w:afterAutospacing="off" w:line="240" w:lineRule="auto"/>
        <w:ind w:left="28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Mencionar garantias</w:t>
      </w:r>
      <w:r w:rsidRPr="09C64771" w:rsidR="00155C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</w:p>
    <w:p w:rsidR="2221C2CD" w:rsidP="09C64771" w:rsidRDefault="2221C2CD" w14:paraId="786FCCE2" w14:textId="54301CF9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40" w:lineRule="auto"/>
        <w:ind w:left="28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</w:t>
      </w:r>
      <w:r w:rsidRPr="09C64771" w:rsidR="55BA4F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ar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que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orçamento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apresentado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contempla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todos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custos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necessários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à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execução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integral dos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serviços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descritos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neste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documento</w:t>
      </w:r>
      <w:r w:rsidRPr="09C64771" w:rsidR="2221C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</w:p>
    <w:p w:rsidR="60F39B26" w:rsidP="09C64771" w:rsidRDefault="60F39B26" w14:paraId="560E878D" w14:textId="35DA440C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40" w:lineRule="auto"/>
        <w:ind w:left="28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60F39B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Datar e assinar;</w:t>
      </w:r>
    </w:p>
    <w:p w:rsidR="09C64771" w:rsidP="09C64771" w:rsidRDefault="09C64771" w14:paraId="5141DB43" w14:textId="0E86151D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284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F99FCF2" w:rsidP="09C64771" w:rsidRDefault="0F99FCF2" w14:paraId="61352A3B" w14:textId="69799DC2">
      <w:pPr>
        <w:pStyle w:val="Heading3"/>
        <w:bidi w:val="0"/>
        <w:rPr>
          <w:noProof w:val="0"/>
          <w:lang w:val="pt-BR"/>
        </w:rPr>
      </w:pPr>
      <w:r w:rsidRPr="09C64771" w:rsidR="0F99FCF2">
        <w:rPr>
          <w:noProof w:val="0"/>
          <w:lang w:val="pt-BR"/>
        </w:rPr>
        <w:t>TABELA DEMOSNTRATIVA</w:t>
      </w:r>
    </w:p>
    <w:tbl>
      <w:tblPr>
        <w:tblStyle w:val="TableGrid"/>
        <w:tblW w:w="8768" w:type="dxa"/>
        <w:tblLook w:val="04A0" w:firstRow="1" w:lastRow="0" w:firstColumn="1" w:lastColumn="0" w:noHBand="0" w:noVBand="1"/>
      </w:tblPr>
      <w:tblGrid>
        <w:gridCol w:w="705"/>
        <w:gridCol w:w="2925"/>
        <w:gridCol w:w="1545"/>
        <w:gridCol w:w="1605"/>
        <w:gridCol w:w="1988"/>
      </w:tblGrid>
      <w:tr xmlns:wp14="http://schemas.microsoft.com/office/word/2010/wordml" w:rsidTr="09C64771" w14:paraId="59AD0882" wp14:textId="77777777">
        <w:trPr>
          <w:trHeight w:val="300"/>
        </w:trPr>
        <w:tc>
          <w:tcPr>
            <w:tcW w:w="705" w:type="dxa"/>
            <w:tcMar/>
          </w:tcPr>
          <w:p w:rsidP="09C64771" w14:paraId="769726BA" wp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</w:pPr>
            <w:r w:rsidRPr="09C64771" w:rsidR="09C64771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>Item</w:t>
            </w:r>
          </w:p>
        </w:tc>
        <w:tc>
          <w:tcPr>
            <w:tcW w:w="2925" w:type="dxa"/>
            <w:tcMar/>
          </w:tcPr>
          <w:p w:rsidP="09C64771" w14:paraId="212251CE" wp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</w:pPr>
            <w:r w:rsidRPr="09C64771" w:rsidR="09C64771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>Descrição</w:t>
            </w:r>
          </w:p>
        </w:tc>
        <w:tc>
          <w:tcPr>
            <w:tcW w:w="1545" w:type="dxa"/>
            <w:tcMar/>
          </w:tcPr>
          <w:p w:rsidP="09C64771" w14:paraId="606BCA27" wp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</w:pPr>
            <w:r w:rsidRPr="09C64771" w:rsidR="09C64771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>Quantidade</w:t>
            </w:r>
          </w:p>
        </w:tc>
        <w:tc>
          <w:tcPr>
            <w:tcW w:w="1605" w:type="dxa"/>
            <w:tcMar/>
          </w:tcPr>
          <w:p w:rsidR="0AFA21F0" w:rsidP="09C64771" w:rsidRDefault="0AFA21F0" w14:paraId="4F4684BC" w14:textId="5D3DB8F7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>Valor Unitário</w:t>
            </w:r>
          </w:p>
        </w:tc>
        <w:tc>
          <w:tcPr>
            <w:tcW w:w="1988" w:type="dxa"/>
            <w:tcMar/>
          </w:tcPr>
          <w:p w:rsidP="09C64771" w14:paraId="20932FA2" wp14:textId="417501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 xml:space="preserve">Valor </w:t>
            </w:r>
            <w:r w:rsidRPr="09C64771" w:rsidR="4E4B6101">
              <w:rPr>
                <w:rFonts w:ascii="Calibri" w:hAnsi="Calibri" w:eastAsia="Calibri" w:cs="Calibri"/>
                <w:b w:val="1"/>
                <w:bCs w:val="1"/>
                <w:noProof w:val="0"/>
                <w:lang w:val="pt-BR"/>
              </w:rPr>
              <w:t>Total</w:t>
            </w:r>
          </w:p>
        </w:tc>
      </w:tr>
      <w:tr xmlns:wp14="http://schemas.microsoft.com/office/word/2010/wordml" w:rsidTr="09C64771" w14:paraId="41C8F396" wp14:textId="77777777">
        <w:trPr>
          <w:trHeight w:val="300"/>
        </w:trPr>
        <w:tc>
          <w:tcPr>
            <w:tcW w:w="705" w:type="dxa"/>
            <w:tcMar/>
          </w:tcPr>
          <w:p w:rsidP="09C64771" w14:paraId="72A3D3EC" wp14:textId="77777777">
            <w:pPr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1</w:t>
            </w:r>
          </w:p>
        </w:tc>
        <w:tc>
          <w:tcPr>
            <w:tcW w:w="2925" w:type="dxa"/>
            <w:tcMar/>
          </w:tcPr>
          <w:p w:rsidP="09C64771" w14:paraId="0E27B00A" wp14:textId="77777777">
            <w:pPr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Cópia de chave simples</w:t>
            </w:r>
          </w:p>
        </w:tc>
        <w:tc>
          <w:tcPr>
            <w:tcW w:w="1545" w:type="dxa"/>
            <w:tcMar/>
          </w:tcPr>
          <w:p w:rsidP="09C64771" w14:paraId="60061E4C" wp14:textId="77777777">
            <w:pPr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100</w:t>
            </w:r>
          </w:p>
        </w:tc>
        <w:tc>
          <w:tcPr>
            <w:tcW w:w="1605" w:type="dxa"/>
            <w:tcMar/>
          </w:tcPr>
          <w:p w:rsidR="0AFA21F0" w:rsidP="09C64771" w:rsidRDefault="0AFA21F0" w14:paraId="0803D3B1" w14:textId="18CEB8F8">
            <w:pPr>
              <w:pStyle w:val="Normal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 xml:space="preserve">R$ </w:t>
            </w:r>
          </w:p>
        </w:tc>
        <w:tc>
          <w:tcPr>
            <w:tcW w:w="1988" w:type="dxa"/>
            <w:tcMar/>
          </w:tcPr>
          <w:p w:rsidP="09C64771" w14:paraId="44EAFD9C" wp14:textId="77777777">
            <w:pPr>
              <w:rPr>
                <w:rFonts w:ascii="Calibri" w:hAnsi="Calibri" w:eastAsia="Calibri" w:cs="Calibri"/>
                <w:noProof w:val="0"/>
                <w:lang w:val="pt-BR"/>
              </w:rPr>
            </w:pPr>
          </w:p>
        </w:tc>
      </w:tr>
      <w:tr w:rsidR="09C64771" w:rsidTr="09C64771" w14:paraId="68B35FE4">
        <w:trPr>
          <w:trHeight w:val="300"/>
        </w:trPr>
        <w:tc>
          <w:tcPr>
            <w:tcW w:w="705" w:type="dxa"/>
            <w:tcMar/>
          </w:tcPr>
          <w:p w:rsidR="0AFA21F0" w:rsidP="09C64771" w:rsidRDefault="0AFA21F0" w14:paraId="085E333A" w14:textId="0CBDC038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2</w:t>
            </w:r>
          </w:p>
        </w:tc>
        <w:tc>
          <w:tcPr>
            <w:tcW w:w="2925" w:type="dxa"/>
            <w:tcMar/>
          </w:tcPr>
          <w:p w:rsidR="0AFA21F0" w:rsidP="09C64771" w:rsidRDefault="0AFA21F0" w14:paraId="52CFFFD1" w14:textId="75B1DF5D">
            <w:pPr>
              <w:pStyle w:val="Normal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Cópia</w:t>
            </w: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 xml:space="preserve"> de chave tetra</w:t>
            </w:r>
          </w:p>
        </w:tc>
        <w:tc>
          <w:tcPr>
            <w:tcW w:w="1545" w:type="dxa"/>
            <w:tcMar/>
          </w:tcPr>
          <w:p w:rsidR="0AFA21F0" w:rsidP="09C64771" w:rsidRDefault="0AFA21F0" w14:paraId="2D1E4A34" w14:textId="75BE4C1D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09C64771" w:rsidR="0AFA21F0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50</w:t>
            </w:r>
          </w:p>
        </w:tc>
        <w:tc>
          <w:tcPr>
            <w:tcW w:w="1605" w:type="dxa"/>
            <w:tcMar/>
          </w:tcPr>
          <w:p w:rsidR="09C64771" w:rsidP="09C64771" w:rsidRDefault="09C64771" w14:paraId="5E62AC7B" w14:textId="52AF07EB">
            <w:pPr>
              <w:pStyle w:val="Normal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</w:p>
        </w:tc>
        <w:tc>
          <w:tcPr>
            <w:tcW w:w="1988" w:type="dxa"/>
            <w:tcMar/>
          </w:tcPr>
          <w:p w:rsidR="09C64771" w:rsidP="09C64771" w:rsidRDefault="09C64771" w14:paraId="0B7A1019" w14:textId="62E6C7DE">
            <w:pPr>
              <w:pStyle w:val="Normal"/>
              <w:rPr>
                <w:rFonts w:ascii="Calibri" w:hAnsi="Calibri" w:eastAsia="Calibri" w:cs="Calibri"/>
                <w:noProof w:val="0"/>
                <w:lang w:val="pt-BR"/>
              </w:rPr>
            </w:pPr>
          </w:p>
        </w:tc>
      </w:tr>
      <w:tr w:rsidR="09C64771" w:rsidTr="09C64771" w14:paraId="2C070A0A">
        <w:trPr>
          <w:trHeight w:val="300"/>
        </w:trPr>
        <w:tc>
          <w:tcPr>
            <w:tcW w:w="6780" w:type="dxa"/>
            <w:gridSpan w:val="4"/>
            <w:tcMar/>
          </w:tcPr>
          <w:p w:rsidR="596D1C45" w:rsidP="09C64771" w:rsidRDefault="596D1C45" w14:paraId="7706B6AF" w14:textId="25162B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09C64771" w:rsidR="596D1C45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 xml:space="preserve">Valor </w:t>
            </w:r>
            <w:r w:rsidRPr="09C64771" w:rsidR="08000784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Global da Proposta</w:t>
            </w:r>
          </w:p>
        </w:tc>
        <w:tc>
          <w:tcPr>
            <w:tcW w:w="1988" w:type="dxa"/>
            <w:tcMar/>
          </w:tcPr>
          <w:p w:rsidR="09C64771" w:rsidP="09C64771" w:rsidRDefault="09C64771" w14:paraId="00980F47" w14:textId="21AB4546">
            <w:pPr>
              <w:pStyle w:val="Normal"/>
              <w:rPr>
                <w:rFonts w:ascii="Calibri" w:hAnsi="Calibri" w:eastAsia="Calibri" w:cs="Calibri"/>
                <w:noProof w:val="0"/>
                <w:lang w:val="pt-BR"/>
              </w:rPr>
            </w:pPr>
          </w:p>
        </w:tc>
      </w:tr>
    </w:tbl>
    <w:p w:rsidR="1BDC31A5" w:rsidP="09C64771" w:rsidRDefault="1BDC31A5" w14:paraId="07415719" w14:textId="669963CE">
      <w:pPr>
        <w:pStyle w:val="Normal"/>
        <w:spacing w:after="0" w:line="240" w:lineRule="auto"/>
        <w:ind w:left="0"/>
        <w:rPr>
          <w:rFonts w:ascii="Calibri" w:hAnsi="Calibri" w:eastAsia="Calibri" w:cs="Calibri"/>
          <w:noProof w:val="0"/>
          <w:lang w:val="pt-BR"/>
        </w:rPr>
      </w:pPr>
      <w:r>
        <w:br/>
      </w:r>
    </w:p>
    <w:p w:rsidR="3E0C3725" w:rsidP="09C64771" w:rsidRDefault="3E0C3725" w14:paraId="215A9FEA" w14:textId="2C6FB83E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lang w:val="pt-BR"/>
        </w:rPr>
      </w:pPr>
      <w:r w:rsidRPr="09C64771" w:rsidR="3E0C3725">
        <w:rPr>
          <w:rFonts w:ascii="Calibri" w:hAnsi="Calibri" w:eastAsia="Calibri" w:cs="Calibri"/>
          <w:noProof w:val="0"/>
          <w:lang w:val="pt-BR"/>
        </w:rPr>
        <w:t>4. DADOS DA UFES PARA EMISSÃO DO ORÇAMENTO</w:t>
      </w:r>
    </w:p>
    <w:p w:rsidR="3E0C3725" w:rsidP="09C64771" w:rsidRDefault="3E0C3725" w14:paraId="2DC68EB9" w14:textId="25AC197A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3E0C3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Universidade Federal do Espírito Santo</w:t>
      </w:r>
    </w:p>
    <w:p w:rsidR="3E0C3725" w:rsidP="09C64771" w:rsidRDefault="3E0C3725" w14:paraId="5705E7FB" w14:textId="3D414CFF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pt-BR"/>
        </w:rPr>
      </w:pPr>
      <w:r w:rsidRPr="09C64771" w:rsidR="3E0C3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CNPJ: </w:t>
      </w:r>
      <w:r w:rsidRPr="09C64771" w:rsidR="3E0C3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pt-BR"/>
        </w:rPr>
        <w:t>32.479.123/0001-43</w:t>
      </w:r>
    </w:p>
    <w:p w:rsidR="3E0C3725" w:rsidP="09C64771" w:rsidRDefault="3E0C3725" w14:paraId="1BBB4AF9" w14:textId="23188AD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9C64771" w:rsidR="3E0C3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Endereço: Universidade Federal do Espírito Santo – Campus Goiabeiras - Avenida Fernando Ferrari, 514, Goiabeiras - Vitória – ES – CEP:  29.075-910</w:t>
      </w:r>
    </w:p>
    <w:p w:rsidR="09C64771" w:rsidP="09C64771" w:rsidRDefault="09C64771" w14:paraId="6AFCE912" w14:textId="01415D89">
      <w:pPr>
        <w:rPr>
          <w:rFonts w:ascii="Calibri" w:hAnsi="Calibri" w:eastAsia="Calibri" w:cs="Calibri"/>
          <w:noProof w:val="0"/>
          <w:lang w:val="pt-BR"/>
        </w:rPr>
      </w:pPr>
    </w:p>
    <w:p w:rsidR="09C64771" w:rsidP="09C64771" w:rsidRDefault="09C64771" w14:paraId="01ECEEBF" w14:textId="410948DE">
      <w:pPr>
        <w:rPr>
          <w:rFonts w:ascii="Calibri" w:hAnsi="Calibri" w:eastAsia="Calibri" w:cs="Calibri"/>
          <w:noProof w:val="0"/>
          <w:lang w:val="pt-BR"/>
        </w:rPr>
      </w:pPr>
    </w:p>
    <w:p w:rsidR="017F18A1" w:rsidP="09C64771" w:rsidRDefault="017F18A1" w14:paraId="788591E1" w14:textId="1BFCCDDC">
      <w:pPr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</w:pPr>
      <w:r w:rsidRPr="09C64771" w:rsidR="017F18A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Observações:</w:t>
      </w:r>
    </w:p>
    <w:p xmlns:wp14="http://schemas.microsoft.com/office/word/2010/wordml" w:rsidP="09C64771" w14:paraId="25691F5E" wp14:textId="62FAF79C">
      <w:pPr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</w:pP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1.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Informar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quantitativos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exatos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.</w:t>
      </w:r>
      <w:r>
        <w:br/>
      </w:r>
      <w:r w:rsidRPr="09C64771" w:rsidR="61069896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2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.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Descrever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o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objeto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com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nível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de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detalhamento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suficiente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para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permitir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a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correta</w:t>
      </w:r>
      <w:r w:rsidRPr="09C64771" w:rsidR="5B4E93AD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 xml:space="preserve"> 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precificação</w:t>
      </w:r>
      <w:r w:rsidRPr="09C64771" w:rsidR="09C64771">
        <w:rPr>
          <w:rFonts w:ascii="Calibri" w:hAnsi="Calibri" w:eastAsia="Calibri" w:cs="Calibri"/>
          <w:i w:val="1"/>
          <w:iCs w:val="1"/>
          <w:noProof w:val="0"/>
          <w:color w:val="FF0000"/>
          <w:lang w:val="pt-BR"/>
        </w:rPr>
        <w:t>.</w:t>
      </w:r>
    </w:p>
    <w:p xmlns:wp14="http://schemas.microsoft.com/office/word/2010/wordml" w:rsidP="09C64771" w14:paraId="727975B1" wp14:textId="71DAB084">
      <w:pPr>
        <w:jc w:val="center"/>
      </w:pPr>
      <w:r>
        <w:br/>
      </w:r>
    </w:p>
    <w:p xmlns:wp14="http://schemas.microsoft.com/office/word/2010/wordml" w:rsidP="09C64771" w14:paraId="27FCA0D9" wp14:textId="436D8E46">
      <w:pPr>
        <w:jc w:val="center"/>
        <w:rPr>
          <w:rFonts w:ascii="Calibri" w:hAnsi="Calibri" w:eastAsia="Calibri" w:cs="Calibri"/>
          <w:noProof w:val="0"/>
          <w:lang w:val="pt-BR"/>
        </w:rPr>
      </w:pPr>
      <w:r w:rsidRPr="09C64771" w:rsidR="7F1BF1D2">
        <w:rPr>
          <w:rFonts w:ascii="Calibri" w:hAnsi="Calibri" w:eastAsia="Calibri" w:cs="Calibri"/>
          <w:noProof w:val="0"/>
          <w:lang w:val="pt-BR"/>
        </w:rPr>
        <w:t>Assinatura do responsável pela solicitação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4">
    <w:nsid w:val="278652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c5472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bd31f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b44ac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792df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8032f56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5CC6"/>
    <w:rsid w:val="0029639D"/>
    <w:rsid w:val="00326F90"/>
    <w:rsid w:val="00AA1D8D"/>
    <w:rsid w:val="00B47730"/>
    <w:rsid w:val="00B8A0C4"/>
    <w:rsid w:val="00CB0664"/>
    <w:rsid w:val="00FC693F"/>
    <w:rsid w:val="0171D836"/>
    <w:rsid w:val="017F18A1"/>
    <w:rsid w:val="01B74218"/>
    <w:rsid w:val="039276B8"/>
    <w:rsid w:val="057252EF"/>
    <w:rsid w:val="06190AD8"/>
    <w:rsid w:val="0664280C"/>
    <w:rsid w:val="0664280C"/>
    <w:rsid w:val="06671DD1"/>
    <w:rsid w:val="07EB81C7"/>
    <w:rsid w:val="08000784"/>
    <w:rsid w:val="085DBE7C"/>
    <w:rsid w:val="08C7E9C8"/>
    <w:rsid w:val="09C64771"/>
    <w:rsid w:val="0AFA21F0"/>
    <w:rsid w:val="0B1E8241"/>
    <w:rsid w:val="0C0E8799"/>
    <w:rsid w:val="0C0E8799"/>
    <w:rsid w:val="0D53578D"/>
    <w:rsid w:val="0DDDF679"/>
    <w:rsid w:val="0E69023A"/>
    <w:rsid w:val="0F99FCF2"/>
    <w:rsid w:val="0FC70196"/>
    <w:rsid w:val="1017C6D3"/>
    <w:rsid w:val="11D460E9"/>
    <w:rsid w:val="1248D99A"/>
    <w:rsid w:val="12C1C311"/>
    <w:rsid w:val="12EFCB0D"/>
    <w:rsid w:val="13675C69"/>
    <w:rsid w:val="154AB3F6"/>
    <w:rsid w:val="16B66376"/>
    <w:rsid w:val="182ACF3D"/>
    <w:rsid w:val="183EC364"/>
    <w:rsid w:val="1874FDE0"/>
    <w:rsid w:val="19385EC4"/>
    <w:rsid w:val="19D0EC5F"/>
    <w:rsid w:val="19D0EC5F"/>
    <w:rsid w:val="1AB6AEC1"/>
    <w:rsid w:val="1AE5A02A"/>
    <w:rsid w:val="1BDC31A5"/>
    <w:rsid w:val="1D2EA1F6"/>
    <w:rsid w:val="1DC7C663"/>
    <w:rsid w:val="1F21B6A7"/>
    <w:rsid w:val="20D47424"/>
    <w:rsid w:val="20D47424"/>
    <w:rsid w:val="2221C2CD"/>
    <w:rsid w:val="22AF1587"/>
    <w:rsid w:val="2637CBBF"/>
    <w:rsid w:val="2646A594"/>
    <w:rsid w:val="2788CE9A"/>
    <w:rsid w:val="2ADB95F5"/>
    <w:rsid w:val="2ADB95F5"/>
    <w:rsid w:val="2C7624E5"/>
    <w:rsid w:val="2C7624E5"/>
    <w:rsid w:val="2D775AC8"/>
    <w:rsid w:val="330CCDE1"/>
    <w:rsid w:val="34B9B780"/>
    <w:rsid w:val="3683D057"/>
    <w:rsid w:val="3683D057"/>
    <w:rsid w:val="3711D46E"/>
    <w:rsid w:val="3774D6C7"/>
    <w:rsid w:val="3774D6C7"/>
    <w:rsid w:val="395B2146"/>
    <w:rsid w:val="395B2146"/>
    <w:rsid w:val="3B9D8B81"/>
    <w:rsid w:val="3DB31845"/>
    <w:rsid w:val="3DE8128D"/>
    <w:rsid w:val="3E0C3725"/>
    <w:rsid w:val="3ED8C09A"/>
    <w:rsid w:val="3FFA9C3A"/>
    <w:rsid w:val="41171086"/>
    <w:rsid w:val="46E860C2"/>
    <w:rsid w:val="4830C25D"/>
    <w:rsid w:val="4A38C4B0"/>
    <w:rsid w:val="4B24D779"/>
    <w:rsid w:val="4B5E2BC2"/>
    <w:rsid w:val="4B5E2BC2"/>
    <w:rsid w:val="4E4B6101"/>
    <w:rsid w:val="4EF95872"/>
    <w:rsid w:val="4FD8DB63"/>
    <w:rsid w:val="505BB97E"/>
    <w:rsid w:val="5078FB72"/>
    <w:rsid w:val="518AE5D9"/>
    <w:rsid w:val="51CE14E1"/>
    <w:rsid w:val="532A62FC"/>
    <w:rsid w:val="54228E75"/>
    <w:rsid w:val="55BA4FD0"/>
    <w:rsid w:val="5742E36D"/>
    <w:rsid w:val="596D1C45"/>
    <w:rsid w:val="5B4E93AD"/>
    <w:rsid w:val="5FAA0117"/>
    <w:rsid w:val="60F39B26"/>
    <w:rsid w:val="61069896"/>
    <w:rsid w:val="6233FD49"/>
    <w:rsid w:val="623ACAF0"/>
    <w:rsid w:val="628973BF"/>
    <w:rsid w:val="628973BF"/>
    <w:rsid w:val="67263EA1"/>
    <w:rsid w:val="69D8502E"/>
    <w:rsid w:val="6B3BCD2B"/>
    <w:rsid w:val="6BEAF45C"/>
    <w:rsid w:val="6FED8AF5"/>
    <w:rsid w:val="71982EC1"/>
    <w:rsid w:val="72AFA38D"/>
    <w:rsid w:val="73BF1636"/>
    <w:rsid w:val="75124D47"/>
    <w:rsid w:val="79BAADE0"/>
    <w:rsid w:val="79F50722"/>
    <w:rsid w:val="7A64D839"/>
    <w:rsid w:val="7B164B9D"/>
    <w:rsid w:val="7D8EACC6"/>
    <w:rsid w:val="7D8EACC6"/>
    <w:rsid w:val="7F1BF1D2"/>
    <w:rsid w:val="7F6593FF"/>
    <w:rsid w:val="7F65E287"/>
    <w:rsid w:val="7F65E287"/>
    <w:rsid w:val="7FC9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7439D291-E881-4E29-9BB9-C42B3BE8CC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ivel2" w:customStyle="true">
    <w:uiPriority w:val="1"/>
    <w:name w:val="Nivel 2"/>
    <w:basedOn w:val="Normal"/>
    <w:link w:val="Nivel2Char"/>
    <w:qFormat/>
    <w:rsid w:val="09C64771"/>
    <w:rPr>
      <w:rFonts w:ascii="Arial" w:hAnsi="Arial" w:eastAsia="游明朝" w:cs="Arial" w:eastAsiaTheme="minorEastAsia"/>
      <w:color w:val="000000" w:themeColor="text1" w:themeTint="FF" w:themeShade="FF"/>
      <w:sz w:val="20"/>
      <w:szCs w:val="20"/>
      <w:lang w:eastAsia="pt-BR"/>
    </w:rPr>
    <w:pPr>
      <w:spacing w:before="120" w:after="120" w:line="276" w:lineRule="auto"/>
      <w:ind w:left="0" w:hanging="432"/>
      <w:jc w:val="both"/>
    </w:pPr>
  </w:style>
  <w:style w:type="character" w:styleId="Nivel2Char" w:customStyle="true">
    <w:uiPriority w:val="1"/>
    <w:name w:val="Nivel 2 Char"/>
    <w:basedOn w:val="DefaultParagraphFont"/>
    <w:link w:val="Nivel2"/>
    <w:rsid w:val="09C64771"/>
    <w:rPr>
      <w:rFonts w:ascii="Arial" w:hAnsi="Arial" w:eastAsia="游明朝" w:cs="Arial" w:eastAsiaTheme="minorEastAsia"/>
      <w:color w:val="000000" w:themeColor="text1" w:themeTint="FF" w:themeShade="FF"/>
      <w:sz w:val="22"/>
      <w:szCs w:val="22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6F99753451174A8CFFCAE5D3DC1B75" ma:contentTypeVersion="12" ma:contentTypeDescription="Crie um novo documento." ma:contentTypeScope="" ma:versionID="ef54d948027e5e11892520fe67782ef5">
  <xsd:schema xmlns:xsd="http://www.w3.org/2001/XMLSchema" xmlns:xs="http://www.w3.org/2001/XMLSchema" xmlns:p="http://schemas.microsoft.com/office/2006/metadata/properties" xmlns:ns2="f6c835ff-11d1-46e9-a277-5094c2368d4d" xmlns:ns3="dbc56e6e-feeb-486a-bcfb-44044b063aaf" targetNamespace="http://schemas.microsoft.com/office/2006/metadata/properties" ma:root="true" ma:fieldsID="63e404a135d5e63b7e9270c536b5456d" ns2:_="" ns3:_="">
    <xsd:import namespace="f6c835ff-11d1-46e9-a277-5094c2368d4d"/>
    <xsd:import namespace="dbc56e6e-feeb-486a-bcfb-44044b063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35ff-11d1-46e9-a277-5094c236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56e6e-feeb-486a-bcfb-44044b063aa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38eb49-a714-4412-9f69-c955a8685211}" ma:internalName="TaxCatchAll" ma:showField="CatchAllData" ma:web="dbc56e6e-feeb-486a-bcfb-44044b063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c56e6e-feeb-486a-bcfb-44044b063aaf" xsi:nil="true"/>
    <lcf76f155ced4ddcb4097134ff3c332f xmlns="f6c835ff-11d1-46e9-a277-5094c2368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4C480A-23C8-4F9B-93BB-35EF32315AB8}"/>
</file>

<file path=customXml/itemProps3.xml><?xml version="1.0" encoding="utf-8"?>
<ds:datastoreItem xmlns:ds="http://schemas.openxmlformats.org/officeDocument/2006/customXml" ds:itemID="{84F55578-DC56-4CDA-AC21-55426E5B0D11}"/>
</file>

<file path=customXml/itemProps4.xml><?xml version="1.0" encoding="utf-8"?>
<ds:datastoreItem xmlns:ds="http://schemas.openxmlformats.org/officeDocument/2006/customXml" ds:itemID="{5C5EFDE4-639B-4B30-B3CA-52686C288F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Pauliane  Paviotti</lastModifiedBy>
  <revision>5</revision>
  <dcterms:created xsi:type="dcterms:W3CDTF">2013-12-23T23:15:00.0000000Z</dcterms:created>
  <dcterms:modified xsi:type="dcterms:W3CDTF">2026-07-02T22:31:35.2021349Z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0x010100A86F99753451174A8CFFCAE5D3DC1B75</vt:lpwstr>
  </property>
  <property fmtid="{D5CDD505-2E9C-101B-9397-08002B2CF9AE}" pid="3" name="MediaServiceImageTags">
    <vt:lpwstr/>
  </property>
</Properties>
</file>